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 " الدار الكبيرة تتناسخ من جديد" لحشلافي حميد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هرنون صابرينة/ سويسي الزهراء/ بن قسمي دنيا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