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متخيل الصحراء في رواية " اعترافات اسكرام" لعز الدين ميهوبي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معمري خلود/ نكاع ياسمين/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