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الوسائل التعليمية الحديثة في تفعيل العملية التعليمية -دراسة ميدانية قسم اللغة والأدب العربي مرحلة ليسانس المركز الجامعي عبد الحفيظ بوالصوف ميلة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قشيشو حميدة/ مرزوق منال/ حنبلي أسماء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