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النفسية والإجتماعية في إدارة التعلم بالصف - السنة الثالثة إبتدائي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سمية/ جامع شهرة/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