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الإضطرابات اللغوية لدى مرضى الزهايمر -دراسة ميدانية في دار الاشخاص المسنين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خالوش مريم/ بلعطار رميساء/ خيضور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