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ترجمة المصطلح التعليمي دراسةفي كتاب مفاهيم التعليمية بين التراث والدراسات اللسانية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بوشكارة ابتسام/ غربي عفاف/ بن شريف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