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الكشفية وأثرها في تنمية مكتسبات المتعلم اللغوي - دراسة ميدانية-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بوبريم إكرام/ بحباح نور الهدى/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