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عند عبد الرحمان الحاج وعبد السلام المسدي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سامية/ زلواش يمينة/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