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ديوان "نفحات ولفحات" ليوسف القرضاوي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أمال/ بلاغمة فطيمة/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