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ؤشرات الإنذار المبكر بالأز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يوب صفاء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