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رواية خرفان المولي ل " ياسمينة خضرا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رفيقة سماحي/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ثقافية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9789957791025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