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الدلالة والحدود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9789923140055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