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الصرف الوظيفي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عاطف فضل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9789957068028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