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العربية : المنهج والمفهوم والصناعة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ساسي/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9789923140079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