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المعجمية التوليفية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9789957686901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