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النثري عند النقاد والبلاغيين العرب القدماء ( جماليته وظيفته قضاياه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البشير 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9789957125196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