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"كآبة الفصول الأربعة "لنازك الملائكة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درع عاشور عزيزة/ شريط إيمان/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