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بدوي الجبل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بوغليلبة مروانة/ بوقزولة منى/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