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انطولوجيا الوجود في شعر طرفة بن العبد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عمران آمنة/ عمران آية/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