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رواية مذنبون لون دمهم في كفي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بولعظام مونية/ طالبي خولة/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