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اليهودي في رواية "أنا و حاييم" للحبيب السايح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طغان آمنة/ بوعزيز مليكة/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