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تحولات الخطاب الروائي الجزائري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حفناوي بعلي/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586ص.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9789957127138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