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بنيةالزمان والمكان في القصة القصيرة جدا "لاقليل من الفرح لبشير خلف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سيني ليلى/ هنوس نجاة/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