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عند أمل دنقل قصيدة "لا تصالح"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بوقرية لمياء/ بولحلالف زكية/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