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الزمن في رواية "الموريسكي الأخير لصبحي موسى"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آخر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ضيف أمينة/ داودي بثينة/ عروس بشير(مشرفا)/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29ص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800302411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07/11/2026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