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ديوان رعشة في الأفق لأحمد سويلم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كرباش خديجة/ ناموس نسيبة/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