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جمالية المكان في رواية حفاة على الجمر لأحمد حمادي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يخلف ياسمين/ سكحال جميلة/ الهادي سمية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800301211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