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دلالات السخرية و التهكم -في رواية صديقتي اليهودية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عمري عادل/ بوجعطاط حسناء/ مناصري وفاء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800300111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