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"عزازيل"ليوسف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مديحة/ بوطواطو أميرة/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