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المعرب والدخيل في القاموس المحيط للفيروز ابادي محمد بن يعقوب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سهام/ بعوش نجاح/ بعوطة وفاء/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