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الإملاء في تعليمية اللغة وتنمية المهارات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عليلي العيد/ سريدي عبد الكريم/ فرخي سيد أحمد/ خيضور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