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طرائق التدريس وأثرها على نفسية التلاميذ - الطور الثاني من التعليم الابتدائي أنمودجا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بوعلي خديجة/ بن عسكر بشرى/ بوقريطة مريم/ بشيري عمار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800305311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