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التعبير الكتابي في إطار المقاربة بالكفاءات إبتدائيات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قاع الكاف رشا/ حامدي وئام/ حد مسعود كاتيا/ خيضور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