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المزيج التسويقي الخدمي في تعزيز العلاقة مع الزبون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بوصبع سامية/ سويسي مسعودة/ بودرجة رمزي(رئيسا)،صكري أيوب(مناقشا)،هولي فرحات(مشرفا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330131411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