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أحرف المباني والمعاني في الهمزية النبوية لأحمد شوقي -مقاربة دلالية-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بولبصل فؤاد/ حناني زكريا/ بغيبغ مريم (مشرف)/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800310911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