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الخطأ اللغوي في تصويب تعلمات متعلم -سنة خامسة إبتدائي-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يسرى/ بوسطوح نجاة/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