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علوم القان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ضي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سو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683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