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الجزائي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أحسن بوسقيعة/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9789961667170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