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مقدمة في الالتزامات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شوقي بناسي/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الخلدونية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9789961528259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