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المصطلحات النحوية عند عبد الرحمان الحاج صالح من خلال النظرية الخليلية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فريال/ سباعي هنية/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