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المدارس القرآنية و الأقسام التحضيرية في تحضير الطفل للمرحلة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مريم/ شلي لبنى/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