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التصوير الإستعاري في كتاب الثانية من التعليم المتوسط "محور الأعياد أنمودجا"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زلباح بشرى/ زغبيب ريان/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