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حيوية الاثر الاسلامي في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9789957719609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