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خرائط العوالم الممكنة : في الاقتراب من الخيال العلمي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فيصل الأحمر/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فضاءات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9789923716229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