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درامية الزمن والانسان في الرواية الافريقية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اليسع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9789957619589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