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الانشاء الهندسي واشياء اخرى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أبوبكر خالد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9961005341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