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العامية الجزائرية وصلتها بالفصحى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عبدالمالك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9789961015858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