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الى ولدي ....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9789961015780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