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مصطلحات الحرب وادواتها عند العرب من خلال الشعر 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مهداوي/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ديوان المطبوعات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9789961019719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