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هموم الكتابة في الادب العربي الحديث في الجزائر على ايام الاحتلال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9789961019726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